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האם אימוג'י זו שפה?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הטיעונים בעד ונגד ההשערה שאימוג'י היא 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ומושגים חדשים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דעה מנומקת בנושא השפה הכתובה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חסר בה רגש שהיה עובר בטון דיבור ובהבעות 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שהיא ממלאת את מקום טון הדיבור וההבעות שחסרים בכתיבה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אוצר מילים עצום וחוקים קבועים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הקוראים מנחשים אבל לא מבינים בוודאות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שאימוג'י מלווה את השפה, כמו הבעות פנים מלוות דיבור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מוצגות כמה דעות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בפסקה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המתנגדים טוענים שאין לאימוג'ים חוקים כאלה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מציין שבמכתב רשמי הם עלולים להיראות לא רציניים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בפסקה הרביעית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מלווה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להתפרש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(האצבע העבה והקצרה ביד)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(משלים, סוגר חסר)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(עושים ברור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(מצבים שבהם מבינים משהו לא 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(רמת לשון המתאימה למצב)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הטיעון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עולה השאלה האם אימוג'י היא 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מוצגת טענה בעד - אימוג'י ממלא מקום הבעות פנים וטון 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מוצגת טענה נגד - לאימוג'ים אין חוקים קבועים כמו לשפה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מוצגת מסקנת רוב החוקרים - אימוג'י מלווה את השפה ואינו מחליף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מוצעת מחשבה מסכמת - אילו מילים עדיין שווה לכתוב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הוא ממלא את מקום הטון, החיוך וההבעות שחסרים בכתיבה ומבהיר את הכוונה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ממלא מקום טון דיבור והבעות 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אוצר מילים וחוקים קבועים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זה משלב לא מתאים, עלול להיראות לא רציני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אמיתית: לכתוב משפט בלוח עם ובלי אימוג'י ולדון בהבדל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להביא דוגמאות אישיות משלהם מהודעות שכתבו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לקרוא את הפסקאות שלהם בקול ולדון יחד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האם אימוג'י זו שפה?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עוסק בשאלה שמעסיקה חוקרי לשון: האם האימוג'ים שאנחנו שולחים כל יום הם שפה של ממש, או רק תוספת נחמדה לשפה הכתובה.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הודעה בלי אף אימוג'י נשמעת לעיתים 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קצרה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חסר בה רגש שהיה עובר בטון דיבור ובהבעות 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היא כתובה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נכתבת בשגיאות 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טוענים התומכים בכך שאימוג'י היא שפה?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שהיא מחליפה לגמרי את הדיבור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שהיא ממלאת את מקום טון הדיבור וההבעות שחסרים בכתיבה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שהיא שפה רשמית במדינות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שהיא קלה יותר ללמידה מאנגלית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חסר לאימוג'ים, לפי המתנגדים לרעיון?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אוצר מילים עצום וחוקים קבועים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פופולריות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גודל מתאים למסך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כשמנסים לספר סיפור שלם רק באימוג'ים?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הקוראים מבינים הכל במדויק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הקוראים מנחשים אבל לא מבינים בוודאות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 אפשר לשלוח כזו הודעה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הקוראים מבינים דבר אחר לגמרי בלי שום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המסקנה שאליה מגיעים רוב החוקרים?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שאימוג'י מחליף לגמרי את השפה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שאימוג'י מלווה את השפה, כמו הבעות פנים מלוות 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שאסור להשתמש באימוג'ים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שאימוג'י הוא שפה רשמית חדשה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החוקרים מסכימים שאימוג'י היא שפה לכל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אימוג'י יכול להבהיר כוונה ולמנוע אי-הבנות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לאימוג'ים יש חוקים קבועים לסימון עבר ועתיד, בדיוק כמו בשפה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במכתב רשמי למנהלת מומלץ להרבות באימוג'ים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סמלי האימוג'ים משתנים ומתחדשים עם הזמן, כמו מילות סלנג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פרצוף מחייך יכול לתאר __________ ושמחה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לשפה יש אוצר מילים עצום ו__________ קבועים שכל הדוברים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האימוג'י אינו מחליף את השפה אלא __________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אותו סמל יכול __________ אחרת אצל אנשים שונים ובגילים שונים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אגודל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עושים ברור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מצבים שבהם מבינים משהו לא 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מבהירים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האצבע העבה והקצרה ביד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אי-הבנות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רמת לשון המתאימה למצב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משלים, סוגר חסר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הטיעון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מוצעת מחשבה מסכמת - אילו מילים עדיין שווה לכתוב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מוצגת טענה בעד - אימוג'י ממלא מקום הבעות פנים וטון דיבור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מוצגת טענה נגד - לאימוג'ים אין חוקים קבועים כמו לשפה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מוצגת מסקנת רוב החוקרים - אימוג'י מלווה את השפה ואינו מחליף אותה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עולה השאלה האם אימוג'י היא שפה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יש חוקרים שחושבים שאימוג'י היא שפה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טוענים התומכים בכך שאימוג'י היא שפה?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חסר לאימוג'ים לפי המתנגדים?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אסור להשתמש הרבה באימוג'ים במכתב רשמי?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האם אימוג'י זו שפה?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