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אימוג'י זו שפה?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הטיעונים בעד ונגד ההשערה שאימוג'י היא 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ומושגים חדשים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דעה מנומקת בנושא השפה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חסר בה רגש שהיה עובר בטון דיבור ובהבעות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שהיא ממלאת את מקום טון הדיבור וההבעות שחסרים בכתיבה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מוצגות כמה דעות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(האצבע העבה והקצרה ביד)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(משלים, סוגר חסר)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(עושים ברור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(מצבים שבהם מבינים משהו לא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הטיעון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 השאלה האם אימוג'י היא 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מוצגת טענה בעד - אימוג'י ממלא מקום הבעות פנים וטון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מוצגת טענה נגד - לאימוג'ים אין חוקים קבועים כמו לשפה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מוצגת מסקנת רוב החוקרים - אימוג'י מלווה את השפה ואינו מחליף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ממלא את מקום הטון, החיוך וההבעות שחסרים בכתיבה ומבהיר את הכוונה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ממלא מקום טון דיבור והבעות 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אוצר מילים וחוקים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משלב לא מתאים, עלול להיראות לא רציני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אמיתית: לכתוב משפט בלוח עם ובלי אימוג'י ולדון בהבדל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דוגמאות אישיות משלהם מהודעות שכתבו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לקרוא את הפסקאות שלהם בקול ולדון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האם אימוג'י זו שפה?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בשאלה שמעסיקה חוקרי לשון: האם האימוג'ים שאנחנו שולחים כל יום הם שפה של ממש, או רק תוספת נחמדה לשפה הכתובה.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חוקים  ·  ציפייה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הודעה בלי אף אימוג'י נשמעת לעיתים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היא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חסר בה רגש שהיה עובר בטון דיבור ובהבעות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היא כתובה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טוענים התומכים בכך שאימוג'י היא 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שהיא מחליפה לגמרי את הדיבור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שהיא ממלאת את מקום טון הדיבור וההבעות שחסרים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שהיא שפה רשמית במדינות 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החוקרים מסכימים שאימוג'י היא שפה לכל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אימוג'י יכול להבהיר כוונה ולמנוע אי-הבנות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פרצוף מחייך יכול לתאר __________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לשפה יש אוצר מילים עצום ו__________ קבועים שכל הדוברים מכירים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אגודל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מצבים שבהם מבינים משהו לא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עושים ברור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מבהירים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משלים, סוגר חסר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אי-הבנות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האצבע העבה והקצרה ביד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מוצגת טענה בעד - אימוג'י ממלא מקום הבעות פנים וטון דיבור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מוצגת מסקנת רוב החוקרים - אימוג'י מלווה את השפה ואינו מחליף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עולה השאלה האם אימוג'י היא שפה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מוצגת טענה נגד - לאימוג'ים אין חוקים קבועים כמו לשפה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יש חוקרים שחושבים שאימוג'י היא שפה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טוענים התומכים בכך שאימוג'י היא 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חסר לאימוג'ים לפי המתנגדים?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האם אימוג'י זו שפה?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